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right"/>
      </w:pPr>
      <w:r>
        <w:t>Puebla, Pue., a ______ de ________________ de 2026</w:t>
      </w:r>
    </w:p>
    <w:p/>
    <w:p>
      <w:r>
        <w:rPr>
          <w:b/>
        </w:rPr>
        <w:t>COMITÉ DE ADMISIONES</w:t>
        <w:br/>
      </w:r>
      <w:r>
        <w:rPr>
          <w:b/>
        </w:rPr>
        <w:t>UNIVERSIDAD DE LAS CIENCIAS POLICIALES Y DE LA</w:t>
        <w:br/>
      </w:r>
      <w:r>
        <w:rPr>
          <w:b/>
        </w:rPr>
        <w:t>SEGURIDAD DEL ESTADO DE PUEBLA (UCIPS)</w:t>
        <w:br/>
      </w:r>
      <w:r>
        <w:t>P R E S E N T E.</w:t>
      </w:r>
    </w:p>
    <w:p/>
    <w:p>
      <w:pPr>
        <w:jc w:val="right"/>
      </w:pPr>
      <w:r>
        <w:rPr>
          <w:b/>
        </w:rPr>
        <w:t>ASUNTO: CARTA DE POSTULACIÓN DE JEFE INMEDIATO</w:t>
      </w:r>
    </w:p>
    <w:p>
      <w:pPr>
        <w:jc w:val="both"/>
      </w:pPr>
      <w:r>
        <w:t xml:space="preserve">Por medio de la presente, yo </w:t>
      </w:r>
      <w:r>
        <w:rPr>
          <w:b/>
        </w:rPr>
        <w:t>[NOMBRE DEL JEFE INMEDIATO]</w:t>
      </w:r>
      <w:r>
        <w:t xml:space="preserve">, en mi carácter de [GRADO O PUESTO DEL JEFE] de la institución [NOMBRE DE LA CORPORACIÓN], hago constar que conozco y avalo la trayectoria laboral de: </w:t>
      </w:r>
    </w:p>
    <w:p>
      <w:pPr>
        <w:jc w:val="center"/>
      </w:pPr>
      <w:r>
        <w:rPr>
          <w:b/>
        </w:rPr>
        <w:t>[NOMBRE COMPLETO DEL ASPIRANTE]</w:t>
      </w:r>
    </w:p>
    <w:p>
      <w:pPr>
        <w:jc w:val="both"/>
      </w:pPr>
      <w:r>
        <w:t>Quien actualmente se encuentra adscrito(a) a la unidad de [NOMBRE DEL ÁREA O COMANDANCIA], contando con una antigüedad de [AÑOS/MESES] de servicio ininterrumpido. Durante su tiempo laborando en esta corporación, ha demostrado un comportamiento ejemplar, responsabilidad en sus comisiones y un alto compromiso con los valores institucionales.</w:t>
      </w:r>
    </w:p>
    <w:p>
      <w:pPr>
        <w:jc w:val="both"/>
      </w:pPr>
      <w:r>
        <w:t xml:space="preserve">Por lo anterior, tengo a bien </w:t>
      </w:r>
      <w:r>
        <w:rPr>
          <w:b/>
        </w:rPr>
        <w:t>POSTULAR</w:t>
      </w:r>
      <w:r>
        <w:t xml:space="preserve"> formalmente al/la oficial mencionado(a) para cursar la </w:t>
      </w:r>
      <w:r>
        <w:rPr>
          <w:b/>
        </w:rPr>
        <w:t>Licenciatura en Derecho y Seguridad Pública</w:t>
      </w:r>
      <w:r>
        <w:t>, con la plena convicción de que la profesionalización académica fortalecerá su desempeño en beneficio de la seguridad pública del Estado.</w:t>
      </w:r>
    </w:p>
    <w:p>
      <w:pPr>
        <w:jc w:val="both"/>
      </w:pPr>
      <w:r>
        <w:t>Sin más por el momento, envío un cordial saludo, quedando a sus órdenes para cualquier información adicional necesaria.</w:t>
      </w:r>
    </w:p>
    <w:p/>
    <w:p/>
    <w:p>
      <w:pPr>
        <w:jc w:val="center"/>
      </w:pPr>
      <w:r>
        <w:t>A T E N T A M E N T E</w:t>
        <w:br/>
        <w:br/>
        <w:br/>
        <w:br/>
      </w:r>
      <w:r>
        <w:rPr>
          <w:b/>
        </w:rPr>
        <w:t>__________________________________________</w:t>
        <w:br/>
      </w:r>
      <w:r>
        <w:rPr>
          <w:b/>
        </w:rPr>
        <w:t>[NOMBRE Y FIRMA DEL JEFE INMEDIATO]</w:t>
        <w:br/>
      </w:r>
      <w:r>
        <w:t>[CARGO Y GRADO]</w:t>
        <w:br/>
      </w:r>
      <w:r>
        <w:t>[TELÉFONO DE CONTACTO INSTITUCIONAL]</w:t>
      </w:r>
    </w:p>
    <w:p>
      <w:pPr>
        <w:jc w:val="left"/>
      </w:pPr>
      <w:r>
        <w:br/>
        <w:t>(SELLO OFICIAL DE LA CORPORACIÓN)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