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right"/>
      </w:pPr>
      <w:r>
        <w:t>Puebla, Pue., a ______ de ________________ de 2026</w:t>
      </w:r>
    </w:p>
    <w:p/>
    <w:p>
      <w:r>
        <w:rPr>
          <w:b/>
        </w:rPr>
        <w:t>COMITÉ DE ADMISIONES</w:t>
        <w:br/>
      </w:r>
      <w:r>
        <w:rPr>
          <w:b/>
        </w:rPr>
        <w:t>UNIVERSIDAD DE LAS CIENCIAS POLICIALES Y DE LA</w:t>
        <w:br/>
      </w:r>
      <w:r>
        <w:rPr>
          <w:b/>
        </w:rPr>
        <w:t>SEGURIDAD DEL ESTADO DE PUEBLA (UCIPS)</w:t>
        <w:br/>
      </w:r>
      <w:r>
        <w:t>P R E S E N T E.</w:t>
      </w:r>
    </w:p>
    <w:p/>
    <w:p>
      <w:pPr>
        <w:jc w:val="right"/>
      </w:pPr>
      <w:r>
        <w:rPr>
          <w:b/>
        </w:rPr>
        <w:t>ASUNTO: CARTA DE EXPOSICIÓN DE MOTIVOS</w:t>
      </w:r>
    </w:p>
    <w:p>
      <w:pPr>
        <w:jc w:val="both"/>
      </w:pPr>
      <w:r>
        <w:t xml:space="preserve">Yo, </w:t>
      </w:r>
      <w:r>
        <w:rPr>
          <w:b/>
        </w:rPr>
        <w:t>[NOMBRE COMPLETO DEL ASPIRANTE]</w:t>
      </w:r>
      <w:r>
        <w:t xml:space="preserve">, adscrito(a) a la corporación [NOMBRE DE TU INSTITUCIÓN], por medio de la presente manifiesto mi firme interés de ingresar a la </w:t>
      </w:r>
      <w:r>
        <w:rPr>
          <w:b/>
        </w:rPr>
        <w:t>Licenciatura en Derecho y Seguridad Pública</w:t>
      </w:r>
      <w:r>
        <w:t xml:space="preserve"> ofertada por esta casa de estudios.</w:t>
      </w:r>
    </w:p>
    <w:p>
      <w:pPr>
        <w:jc w:val="both"/>
      </w:pPr>
      <w:r>
        <w:t>Mi principal motivación para cursar este programa académico radica en la necesidad de profesionalizar mi labor diaria dentro de las instituciones de seguridad. Como servidor público, entiendo que el conocimiento profundo del marco jurídico y de los Derechos Humanos es fundamental para garantizar un Estado de Derecho y brindar una atención de excelencia a la ciudadanía.</w:t>
      </w:r>
    </w:p>
    <w:p>
      <w:pPr>
        <w:jc w:val="both"/>
      </w:pPr>
      <w:r>
        <w:t>Estoy convencido(a) de que las herramientas teóricas y prácticas que brinda la UCIPS me permitirán fortalecer mis competencias en el Sistema Penal Acusatorio, mejorar la calidad de mis actuaciones policiales y contribuir de manera más efectiva a la paz y seguridad de nuestro Estado.</w:t>
      </w:r>
    </w:p>
    <w:p>
      <w:pPr>
        <w:jc w:val="both"/>
      </w:pPr>
      <w:r>
        <w:t>Finalmente, declaro tener pleno conocimiento de la exigencia académica que conlleva esta licenciatura y me comprometo a cumplir con los reglamentos, horarios y evaluaciones que la Universidad determine, manteniendo siempre los valores de Honor, Justicia y Lealtad.</w:t>
      </w:r>
    </w:p>
    <w:p>
      <w:r>
        <w:t>Agradeciendo de antemano la atención a la presente, quedo a su entera disposición.</w:t>
      </w:r>
    </w:p>
    <w:p/>
    <w:p/>
    <w:p>
      <w:pPr>
        <w:jc w:val="center"/>
      </w:pPr>
      <w:r>
        <w:t>A T E N T A M E N T E</w:t>
        <w:br/>
        <w:br/>
        <w:br/>
        <w:br/>
      </w:r>
      <w:r>
        <w:rPr>
          <w:b/>
        </w:rPr>
        <w:t>__________________________________________</w:t>
        <w:br/>
      </w:r>
      <w:r>
        <w:rPr>
          <w:b/>
        </w:rPr>
        <w:t>[NOMBRE Y FIRMA DEL ASPIRANTE]</w:t>
        <w:br/>
      </w:r>
      <w:r>
        <w:t>CURP: [TU CURP]</w:t>
        <w:br/>
      </w:r>
      <w:r>
        <w:t>TELÉFONO: [TU NÚMERO]</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